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142"/>
        <w:gridCol w:w="234"/>
        <w:gridCol w:w="4329"/>
      </w:tblGrid>
      <w:tr w:rsidR="00943954" w14:paraId="11BB1D6C" w14:textId="77777777" w:rsidTr="0055375F">
        <w:trPr>
          <w:cantSplit/>
          <w:trHeight w:val="13615"/>
        </w:trPr>
        <w:tc>
          <w:tcPr>
            <w:tcW w:w="15146" w:type="dxa"/>
            <w:tcBorders>
              <w:top w:val="single" w:sz="14" w:space="0" w:color="4F9D5D"/>
              <w:left w:val="single" w:sz="14" w:space="0" w:color="4F9D5D"/>
              <w:bottom w:val="single" w:sz="14" w:space="0" w:color="4F9D5D"/>
              <w:right w:val="single" w:sz="14" w:space="0" w:color="4F9D5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6665" w14:textId="77777777" w:rsidR="00943954" w:rsidRDefault="00943954"/>
          <w:tbl>
            <w:tblPr>
              <w:tblW w:w="149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9910"/>
              <w:gridCol w:w="3725"/>
              <w:gridCol w:w="380"/>
              <w:gridCol w:w="294"/>
              <w:gridCol w:w="364"/>
            </w:tblGrid>
            <w:tr w:rsidR="00943954" w14:paraId="517C053A" w14:textId="77777777" w:rsidTr="0055375F">
              <w:trPr>
                <w:cantSplit/>
                <w:trHeight w:hRule="exact" w:val="317"/>
              </w:trPr>
              <w:tc>
                <w:tcPr>
                  <w:tcW w:w="28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F125E1" w14:textId="77777777" w:rsidR="00943954" w:rsidRDefault="00943954">
                  <w:pPr>
                    <w:jc w:val="center"/>
                  </w:pPr>
                </w:p>
              </w:tc>
              <w:tc>
                <w:tcPr>
                  <w:tcW w:w="991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6" w:space="0" w:color="4F9D5D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4705E0" w14:textId="77777777" w:rsidR="00943954" w:rsidRDefault="00523359">
                  <w:pPr>
                    <w:spacing w:line="180" w:lineRule="exact"/>
                    <w:jc w:val="center"/>
                    <w:rPr>
                      <w:lang w:eastAsia="ja-JP"/>
                    </w:rPr>
                  </w:pPr>
                  <w:r>
                    <w:rPr>
                      <w:color w:val="4F9D5D"/>
                      <w:sz w:val="18"/>
                      <w:lang w:eastAsia="ja-JP"/>
                    </w:rPr>
                    <w:t>政　見　な　ど　記　載　欄</w:t>
                  </w:r>
                </w:p>
              </w:tc>
              <w:tc>
                <w:tcPr>
                  <w:tcW w:w="372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6" w:space="0" w:color="4F9D5D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B933C0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674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6" w:space="0" w:color="4F9D5D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030A44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ADB169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</w:tr>
            <w:tr w:rsidR="00943954" w14:paraId="1FEB5E85" w14:textId="77777777" w:rsidTr="00CE4882">
              <w:trPr>
                <w:cantSplit/>
                <w:trHeight w:hRule="exact" w:val="5896"/>
              </w:trPr>
              <w:tc>
                <w:tcPr>
                  <w:tcW w:w="28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E1541F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9910" w:type="dxa"/>
                  <w:vMerge w:val="restart"/>
                  <w:tcBorders>
                    <w:top w:val="nil"/>
                    <w:left w:val="single" w:sz="6" w:space="0" w:color="4F9D5D"/>
                    <w:bottom w:val="nil"/>
                    <w:right w:val="single" w:sz="6" w:space="0" w:color="4F9D5D"/>
                  </w:tcBorders>
                  <w:tcMar>
                    <w:top w:w="420" w:type="dxa"/>
                    <w:left w:w="420" w:type="dxa"/>
                    <w:bottom w:w="250" w:type="dxa"/>
                    <w:right w:w="250" w:type="dxa"/>
                  </w:tcMar>
                  <w:textDirection w:val="tbRlV"/>
                </w:tcPr>
                <w:p w14:paraId="7FDCB72F" w14:textId="3324760D" w:rsidR="007F76E1" w:rsidRPr="00812B2D" w:rsidRDefault="007F76E1" w:rsidP="007F76E1">
                  <w:pPr>
                    <w:rPr>
                      <w:sz w:val="72"/>
                      <w:szCs w:val="144"/>
                      <w:lang w:eastAsia="ja-JP"/>
                    </w:rPr>
                  </w:pPr>
                </w:p>
              </w:tc>
              <w:tc>
                <w:tcPr>
                  <w:tcW w:w="4399" w:type="dxa"/>
                  <w:gridSpan w:val="3"/>
                  <w:tcBorders>
                    <w:top w:val="nil"/>
                    <w:left w:val="single" w:sz="6" w:space="0" w:color="4F9D5D"/>
                    <w:bottom w:val="single" w:sz="6" w:space="0" w:color="4F9D5D"/>
                    <w:right w:val="single" w:sz="6" w:space="0" w:color="4F9D5D"/>
                  </w:tcBorders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  <w:vAlign w:val="center"/>
                </w:tcPr>
                <w:p w14:paraId="516C7A10" w14:textId="77777777" w:rsidR="00943954" w:rsidRDefault="00523359">
                  <w:pPr>
                    <w:spacing w:line="320" w:lineRule="exact"/>
                    <w:jc w:val="center"/>
                    <w:rPr>
                      <w:lang w:eastAsia="ja-JP"/>
                    </w:rPr>
                  </w:pPr>
                  <w:r>
                    <w:rPr>
                      <w:color w:val="4F9D5D"/>
                      <w:sz w:val="24"/>
                      <w:lang w:eastAsia="ja-JP"/>
                    </w:rPr>
                    <w:t>写　真　掲　載　欄</w:t>
                  </w:r>
                </w:p>
                <w:p w14:paraId="4993988B" w14:textId="77777777" w:rsidR="00943954" w:rsidRDefault="00523359">
                  <w:pPr>
                    <w:spacing w:line="240" w:lineRule="exact"/>
                    <w:jc w:val="center"/>
                    <w:rPr>
                      <w:lang w:eastAsia="ja-JP"/>
                    </w:rPr>
                  </w:pPr>
                  <w:r>
                    <w:rPr>
                      <w:color w:val="4F9D5D"/>
                      <w:sz w:val="16"/>
                      <w:lang w:eastAsia="ja-JP"/>
                    </w:rPr>
                    <w:t>（写真データは別ファイルで</w:t>
                  </w:r>
                </w:p>
                <w:p w14:paraId="3E4FF971" w14:textId="77777777" w:rsidR="00943954" w:rsidRDefault="00523359">
                  <w:pPr>
                    <w:spacing w:line="240" w:lineRule="exact"/>
                    <w:jc w:val="center"/>
                    <w:rPr>
                      <w:lang w:eastAsia="ja-JP"/>
                    </w:rPr>
                  </w:pPr>
                  <w:r>
                    <w:rPr>
                      <w:color w:val="4F9D5D"/>
                      <w:sz w:val="16"/>
                      <w:lang w:eastAsia="ja-JP"/>
                    </w:rPr>
                    <w:t>提出してください。）</w:t>
                  </w:r>
                </w:p>
              </w:tc>
              <w:tc>
                <w:tcPr>
                  <w:tcW w:w="364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2141F0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</w:tr>
            <w:tr w:rsidR="00943954" w14:paraId="4B121708" w14:textId="77777777" w:rsidTr="008D2151">
              <w:trPr>
                <w:cantSplit/>
                <w:trHeight w:hRule="exact" w:val="454"/>
              </w:trPr>
              <w:tc>
                <w:tcPr>
                  <w:tcW w:w="28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95CEFD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9910" w:type="dxa"/>
                  <w:vMerge/>
                  <w:tcBorders>
                    <w:top w:val="nil"/>
                    <w:left w:val="single" w:sz="6" w:space="0" w:color="4F9D5D"/>
                    <w:bottom w:val="nil"/>
                    <w:right w:val="single" w:sz="6" w:space="0" w:color="4F9D5D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327C01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4105" w:type="dxa"/>
                  <w:gridSpan w:val="2"/>
                  <w:tcBorders>
                    <w:top w:val="nil"/>
                    <w:left w:val="single" w:sz="6" w:space="0" w:color="4F9D5D"/>
                    <w:bottom w:val="single" w:sz="6" w:space="0" w:color="4F9D5D"/>
                    <w:right w:val="single" w:sz="6" w:space="0" w:color="4F9D5D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CBFFC4" w14:textId="77777777" w:rsidR="00943954" w:rsidRDefault="00523359">
                  <w:pPr>
                    <w:spacing w:line="180" w:lineRule="exact"/>
                    <w:jc w:val="center"/>
                  </w:pPr>
                  <w:r w:rsidRPr="00904B16">
                    <w:rPr>
                      <w:color w:val="4F9D5D"/>
                      <w:sz w:val="18"/>
                      <w:szCs w:val="24"/>
                    </w:rPr>
                    <w:t>氏 名 な ど 記 載 欄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1FCE07" w14:textId="77777777" w:rsidR="00943954" w:rsidRDefault="00943954">
                  <w:pPr>
                    <w:jc w:val="center"/>
                  </w:pPr>
                </w:p>
              </w:tc>
              <w:tc>
                <w:tcPr>
                  <w:tcW w:w="364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2FDBDA" w14:textId="77777777" w:rsidR="00943954" w:rsidRDefault="00943954">
                  <w:pPr>
                    <w:jc w:val="center"/>
                  </w:pPr>
                </w:p>
              </w:tc>
            </w:tr>
            <w:tr w:rsidR="00943954" w14:paraId="00C9534F" w14:textId="77777777" w:rsidTr="008D2151">
              <w:trPr>
                <w:cantSplit/>
                <w:trHeight w:val="5501"/>
              </w:trPr>
              <w:tc>
                <w:tcPr>
                  <w:tcW w:w="28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0A69C6" w14:textId="77777777" w:rsidR="00943954" w:rsidRDefault="00943954">
                  <w:pPr>
                    <w:jc w:val="center"/>
                  </w:pPr>
                </w:p>
              </w:tc>
              <w:tc>
                <w:tcPr>
                  <w:tcW w:w="9910" w:type="dxa"/>
                  <w:vMerge/>
                  <w:tcBorders>
                    <w:top w:val="nil"/>
                    <w:left w:val="single" w:sz="6" w:space="0" w:color="4F9D5D"/>
                    <w:bottom w:val="nil"/>
                    <w:right w:val="dashed" w:sz="4" w:space="0" w:color="6FAE78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887890" w14:textId="77777777" w:rsidR="00943954" w:rsidRDefault="00943954">
                  <w:pPr>
                    <w:jc w:val="center"/>
                  </w:pPr>
                </w:p>
              </w:tc>
              <w:tc>
                <w:tcPr>
                  <w:tcW w:w="4105" w:type="dxa"/>
                  <w:gridSpan w:val="2"/>
                  <w:tcBorders>
                    <w:top w:val="single" w:sz="6" w:space="0" w:color="4F9D5D"/>
                    <w:left w:val="dashed" w:sz="4" w:space="0" w:color="6FAE78"/>
                    <w:bottom w:val="single" w:sz="6" w:space="0" w:color="6FAE78"/>
                    <w:right w:val="single" w:sz="6" w:space="0" w:color="4F9D5D"/>
                  </w:tcBorders>
                  <w:tcMar>
                    <w:top w:w="420" w:type="dxa"/>
                    <w:left w:w="250" w:type="dxa"/>
                    <w:bottom w:w="250" w:type="dxa"/>
                    <w:right w:w="250" w:type="dxa"/>
                  </w:tcMar>
                  <w:textDirection w:val="tbRlV"/>
                </w:tcPr>
                <w:p w14:paraId="60862FE3" w14:textId="638A6F8E" w:rsidR="007F76E1" w:rsidRPr="00812B2D" w:rsidRDefault="007F76E1" w:rsidP="00A96E47">
                  <w:pPr>
                    <w:rPr>
                      <w:sz w:val="72"/>
                      <w:szCs w:val="144"/>
                      <w:lang w:eastAsia="ja-JP"/>
                    </w:rPr>
                  </w:pPr>
                </w:p>
              </w:tc>
              <w:tc>
                <w:tcPr>
                  <w:tcW w:w="294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E7EFCF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E79198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</w:tr>
            <w:tr w:rsidR="00943954" w14:paraId="70FB518B" w14:textId="77777777" w:rsidTr="0055375F">
              <w:trPr>
                <w:cantSplit/>
                <w:trHeight w:val="301"/>
              </w:trPr>
              <w:tc>
                <w:tcPr>
                  <w:tcW w:w="28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8D9E11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9910" w:type="dxa"/>
                  <w:tcBorders>
                    <w:top w:val="single" w:sz="6" w:space="0" w:color="4F9D5D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F5DE00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3725" w:type="dxa"/>
                  <w:tcBorders>
                    <w:top w:val="single" w:sz="6" w:space="0" w:color="6FAE78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52738E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674" w:type="dxa"/>
                  <w:gridSpan w:val="2"/>
                  <w:tcBorders>
                    <w:top w:val="nil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27C1FD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49D19C" w14:textId="77777777" w:rsidR="00943954" w:rsidRDefault="00943954">
                  <w:pPr>
                    <w:jc w:val="center"/>
                    <w:rPr>
                      <w:lang w:eastAsia="ja-JP"/>
                    </w:rPr>
                  </w:pPr>
                </w:p>
              </w:tc>
            </w:tr>
          </w:tbl>
          <w:p w14:paraId="747435B5" w14:textId="77777777" w:rsidR="00943954" w:rsidRDefault="00943954">
            <w:pPr>
              <w:spacing w:line="20" w:lineRule="exact"/>
              <w:rPr>
                <w:lang w:eastAsia="ja-JP"/>
              </w:rPr>
            </w:pPr>
          </w:p>
        </w:tc>
        <w:tc>
          <w:tcPr>
            <w:tcW w:w="234" w:type="dxa"/>
            <w:tcBorders>
              <w:right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D5678" w14:textId="77777777" w:rsidR="00943954" w:rsidRDefault="00943954">
            <w:pPr>
              <w:rPr>
                <w:lang w:eastAsia="ja-JP"/>
              </w:rPr>
            </w:pPr>
          </w:p>
        </w:tc>
        <w:tc>
          <w:tcPr>
            <w:tcW w:w="43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FADC" w14:textId="77777777" w:rsidR="00943954" w:rsidRDefault="00943954">
            <w:pPr>
              <w:rPr>
                <w:lang w:eastAsia="ja-JP"/>
              </w:rPr>
            </w:pPr>
          </w:p>
          <w:p w14:paraId="58E6856A" w14:textId="3162A6EB" w:rsidR="00943954" w:rsidRPr="00756E84" w:rsidRDefault="00523359">
            <w:pPr>
              <w:spacing w:before="280" w:after="140"/>
              <w:jc w:val="center"/>
              <w:rPr>
                <w:bCs/>
                <w:sz w:val="24"/>
                <w:szCs w:val="24"/>
              </w:rPr>
            </w:pPr>
            <w:r w:rsidRPr="00756E84">
              <w:rPr>
                <w:rFonts w:ascii="ＭＳ ゴシック" w:eastAsia="ＭＳ ゴシック" w:hAnsi="ＭＳ ゴシック" w:cs="ＭＳ ゴシック"/>
                <w:bCs/>
                <w:color w:val="6FAE78"/>
                <w:sz w:val="24"/>
                <w:szCs w:val="24"/>
              </w:rPr>
              <w:t>令和８年</w:t>
            </w:r>
            <w:r w:rsidR="00246E3C">
              <w:rPr>
                <w:rFonts w:ascii="ＭＳ ゴシック" w:eastAsia="ＭＳ ゴシック" w:hAnsi="ＭＳ ゴシック" w:cs="ＭＳ ゴシック" w:hint="eastAsia"/>
                <w:bCs/>
                <w:color w:val="6FAE78"/>
                <w:sz w:val="24"/>
                <w:szCs w:val="24"/>
                <w:lang w:eastAsia="ja-JP"/>
              </w:rPr>
              <w:t>11</w:t>
            </w:r>
            <w:r w:rsidRPr="00756E84">
              <w:rPr>
                <w:rFonts w:ascii="ＭＳ ゴシック" w:eastAsia="ＭＳ ゴシック" w:hAnsi="ＭＳ ゴシック" w:cs="ＭＳ ゴシック"/>
                <w:bCs/>
                <w:color w:val="6FAE78"/>
                <w:sz w:val="24"/>
                <w:szCs w:val="24"/>
              </w:rPr>
              <w:t>月</w:t>
            </w:r>
            <w:r w:rsidR="00246E3C">
              <w:rPr>
                <w:rFonts w:ascii="ＭＳ ゴシック" w:eastAsia="ＭＳ ゴシック" w:hAnsi="ＭＳ ゴシック" w:cs="ＭＳ ゴシック" w:hint="eastAsia"/>
                <w:bCs/>
                <w:color w:val="6FAE78"/>
                <w:sz w:val="24"/>
                <w:szCs w:val="24"/>
                <w:lang w:eastAsia="ja-JP"/>
              </w:rPr>
              <w:t>15</w:t>
            </w:r>
            <w:r w:rsidRPr="00756E84">
              <w:rPr>
                <w:rFonts w:ascii="ＭＳ ゴシック" w:eastAsia="ＭＳ ゴシック" w:hAnsi="ＭＳ ゴシック" w:cs="ＭＳ ゴシック"/>
                <w:bCs/>
                <w:color w:val="6FAE78"/>
                <w:sz w:val="24"/>
                <w:szCs w:val="24"/>
              </w:rPr>
              <w:t>日執行</w:t>
            </w:r>
          </w:p>
          <w:p w14:paraId="1E9915E4" w14:textId="4B977487" w:rsidR="00943954" w:rsidRPr="00756E84" w:rsidRDefault="00FF5903">
            <w:pPr>
              <w:spacing w:after="260"/>
              <w:jc w:val="center"/>
              <w:rPr>
                <w:rFonts w:hint="eastAsia"/>
                <w:bCs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 w:cs="ＭＳ ゴシック" w:hint="eastAsia"/>
                <w:bCs/>
                <w:color w:val="6FAE78"/>
                <w:sz w:val="24"/>
                <w:szCs w:val="24"/>
                <w:lang w:eastAsia="ja-JP"/>
              </w:rPr>
              <w:t>小矢部市長選挙</w:t>
            </w:r>
          </w:p>
          <w:p w14:paraId="71E99242" w14:textId="723808E7" w:rsidR="00943954" w:rsidRPr="00812B2D" w:rsidRDefault="00523359">
            <w:pPr>
              <w:spacing w:after="240"/>
              <w:jc w:val="center"/>
              <w:rPr>
                <w:b/>
                <w:bCs/>
                <w:sz w:val="24"/>
                <w:szCs w:val="24"/>
                <w:lang w:eastAsia="ja-JP"/>
              </w:rPr>
            </w:pPr>
            <w:r w:rsidRPr="00812B2D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選挙公報</w:t>
            </w:r>
            <w:r w:rsidR="00265553" w:rsidRPr="00812B2D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文</w:t>
            </w:r>
            <w:r w:rsidRPr="00812B2D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原稿用紙</w:t>
            </w:r>
            <w:r w:rsidRPr="00812B2D">
              <w:rPr>
                <w:rFonts w:ascii="ＭＳ ゴシック" w:eastAsia="ＭＳ ゴシック" w:hAnsi="ＭＳ ゴシック" w:cs="ＭＳ ゴシック"/>
                <w:b/>
                <w:bCs/>
                <w:color w:val="6FAE78"/>
                <w:sz w:val="24"/>
                <w:szCs w:val="24"/>
                <w:lang w:eastAsia="ja-JP"/>
              </w:rPr>
              <w:br/>
            </w:r>
            <w:r w:rsidRPr="00812B2D">
              <w:rPr>
                <w:rFonts w:cs="ＭＳ ゴシック"/>
                <w:b/>
                <w:bCs/>
                <w:color w:val="6FAE78"/>
                <w:sz w:val="24"/>
                <w:szCs w:val="24"/>
                <w:lang w:eastAsia="ja-JP"/>
              </w:rPr>
              <w:t>（データ提出用）</w:t>
            </w:r>
          </w:p>
          <w:p w14:paraId="7CE04EB4" w14:textId="77777777" w:rsidR="00943954" w:rsidRDefault="00943954">
            <w:pPr>
              <w:rPr>
                <w:lang w:eastAsia="ja-JP"/>
              </w:rPr>
            </w:pPr>
          </w:p>
          <w:p w14:paraId="44383BF6" w14:textId="77777777" w:rsidR="00943954" w:rsidRPr="00DE4235" w:rsidRDefault="00523359">
            <w:pPr>
              <w:spacing w:before="200" w:after="80"/>
              <w:rPr>
                <w:sz w:val="24"/>
                <w:szCs w:val="24"/>
                <w:lang w:eastAsia="ja-JP"/>
              </w:rPr>
            </w:pPr>
            <w:r w:rsidRPr="00DE4235">
              <w:rPr>
                <w:rFonts w:ascii="ＭＳ ゴシック" w:eastAsia="ＭＳ ゴシック" w:hAnsi="ＭＳ ゴシック" w:cs="ＭＳ ゴシック"/>
                <w:b/>
                <w:color w:val="6FAE78"/>
                <w:sz w:val="24"/>
                <w:szCs w:val="24"/>
                <w:lang w:eastAsia="ja-JP"/>
              </w:rPr>
              <w:t>注　意</w:t>
            </w:r>
          </w:p>
          <w:p w14:paraId="3C612DD9" w14:textId="7D9F4C51" w:rsidR="00943954" w:rsidRDefault="00904B16" w:rsidP="00DE4235">
            <w:pPr>
              <w:spacing w:after="80"/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掲載文は、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u w:val="single"/>
                <w:lang w:eastAsia="ja-JP"/>
              </w:rPr>
              <w:t>黒色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で</w:t>
            </w: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記載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してください。</w:t>
            </w:r>
          </w:p>
          <w:p w14:paraId="35D34CC6" w14:textId="77777777" w:rsidR="00DE4235" w:rsidRPr="00DE4235" w:rsidRDefault="00DE4235" w:rsidP="00DE4235">
            <w:pPr>
              <w:spacing w:after="80"/>
              <w:rPr>
                <w:b/>
                <w:bCs/>
                <w:sz w:val="24"/>
                <w:szCs w:val="24"/>
                <w:lang w:eastAsia="ja-JP"/>
              </w:rPr>
            </w:pPr>
          </w:p>
          <w:p w14:paraId="71E9DE55" w14:textId="675FC0FF" w:rsidR="00943954" w:rsidRDefault="00904B16" w:rsidP="00DE4235">
            <w:pPr>
              <w:spacing w:before="20" w:after="80"/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掲載文の字数制限はありません。</w:t>
            </w:r>
          </w:p>
          <w:p w14:paraId="3FADD09E" w14:textId="77777777" w:rsidR="00DE4235" w:rsidRPr="00DE4235" w:rsidRDefault="00DE4235" w:rsidP="00DE4235">
            <w:pPr>
              <w:spacing w:before="20" w:after="80"/>
              <w:rPr>
                <w:b/>
                <w:bCs/>
                <w:sz w:val="24"/>
                <w:szCs w:val="24"/>
                <w:lang w:eastAsia="ja-JP"/>
              </w:rPr>
            </w:pPr>
          </w:p>
          <w:p w14:paraId="34035765" w14:textId="2E554ED6" w:rsidR="00943954" w:rsidRDefault="00904B16" w:rsidP="00DE4235">
            <w:pPr>
              <w:spacing w:before="20" w:after="80"/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図、イラスト及びこれらの類を記載す</w:t>
            </w:r>
            <w:r w:rsidR="00523359" w:rsidRPr="008D2151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る場合に、それらの部分の合計面積は、原稿用紙の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記載面積のおおむね２分の１を超えてはなりません。</w:t>
            </w:r>
          </w:p>
          <w:p w14:paraId="65509220" w14:textId="77777777" w:rsidR="00DE4235" w:rsidRPr="00DE4235" w:rsidRDefault="00DE4235" w:rsidP="00DE4235">
            <w:pPr>
              <w:spacing w:before="20" w:after="80"/>
              <w:rPr>
                <w:b/>
                <w:bCs/>
                <w:sz w:val="24"/>
                <w:szCs w:val="24"/>
                <w:lang w:eastAsia="ja-JP"/>
              </w:rPr>
            </w:pPr>
          </w:p>
          <w:p w14:paraId="7F3C828C" w14:textId="1F894572" w:rsidR="00943954" w:rsidRDefault="00904B16" w:rsidP="00DE4235">
            <w:pPr>
              <w:spacing w:before="20" w:after="80"/>
              <w:rPr>
                <w:rFonts w:cs="ＭＳ 明朝"/>
                <w:b/>
                <w:bCs/>
                <w:color w:val="6FAE78"/>
                <w:sz w:val="24"/>
                <w:szCs w:val="24"/>
                <w:u w:val="single"/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写真は、手札版（縦10.8cm×横8.25cm）に相当する画像データ</w:t>
            </w:r>
            <w:r w:rsidR="00756E84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（jpeg形式）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を別ファイルで提出し、</w:t>
            </w:r>
            <w:r w:rsidR="00523359" w:rsidRPr="00DE4235">
              <w:rPr>
                <w:rFonts w:cs="ＭＳ 明朝"/>
                <w:b/>
                <w:bCs/>
                <w:color w:val="6FAE78"/>
                <w:sz w:val="24"/>
                <w:szCs w:val="24"/>
                <w:u w:val="single"/>
                <w:lang w:eastAsia="ja-JP"/>
              </w:rPr>
              <w:t>この様式には貼り付けないでください。</w:t>
            </w:r>
          </w:p>
          <w:p w14:paraId="056E35C5" w14:textId="77777777" w:rsidR="00DE4235" w:rsidRPr="00DE4235" w:rsidRDefault="00DE4235" w:rsidP="00DE4235">
            <w:pPr>
              <w:spacing w:before="20" w:after="80"/>
              <w:rPr>
                <w:b/>
                <w:bCs/>
                <w:sz w:val="24"/>
                <w:szCs w:val="24"/>
                <w:lang w:eastAsia="ja-JP"/>
              </w:rPr>
            </w:pPr>
          </w:p>
          <w:p w14:paraId="5A01D70B" w14:textId="252E6871" w:rsidR="00DE4235" w:rsidRPr="00DE4235" w:rsidRDefault="00DE4235" w:rsidP="00DE4235">
            <w:pPr>
              <w:spacing w:before="20" w:after="80"/>
              <w:rPr>
                <w:b/>
                <w:bCs/>
                <w:sz w:val="24"/>
                <w:szCs w:val="24"/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用紙サイズ（B4横）及び枠の大きさは</w:t>
            </w:r>
            <w:r w:rsidR="00B659F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絶対に</w:t>
            </w:r>
            <w:r w:rsidRPr="00DE4235">
              <w:rPr>
                <w:rFonts w:cs="ＭＳ 明朝"/>
                <w:b/>
                <w:bCs/>
                <w:color w:val="6FAE78"/>
                <w:sz w:val="24"/>
                <w:szCs w:val="24"/>
                <w:lang w:eastAsia="ja-JP"/>
              </w:rPr>
              <w:t>変更しないでください。</w:t>
            </w:r>
          </w:p>
          <w:p w14:paraId="525E272E" w14:textId="77777777" w:rsidR="00DE4235" w:rsidRDefault="00DE4235">
            <w:pPr>
              <w:spacing w:before="20" w:line="276" w:lineRule="auto"/>
              <w:rPr>
                <w:lang w:eastAsia="ja-JP"/>
              </w:rPr>
            </w:pPr>
          </w:p>
          <w:p w14:paraId="4F69324A" w14:textId="0CB20FCF" w:rsidR="00DE4235" w:rsidRPr="00DE4235" w:rsidRDefault="00DE4235">
            <w:pPr>
              <w:spacing w:before="20" w:line="276" w:lineRule="auto"/>
              <w:rPr>
                <w:lang w:eastAsia="ja-JP"/>
              </w:rPr>
            </w:pPr>
            <w:r w:rsidRPr="00DE4235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◎</w:t>
            </w:r>
            <w:r w:rsidR="00AE72AB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提出</w:t>
            </w:r>
            <w:r w:rsidR="00756E84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する</w:t>
            </w:r>
            <w:r w:rsidR="00AE72AB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データは、</w:t>
            </w:r>
            <w:r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PDF形式</w:t>
            </w:r>
            <w:r w:rsidR="00AE72AB"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としてください</w:t>
            </w:r>
            <w:r>
              <w:rPr>
                <w:rFonts w:cs="ＭＳ 明朝" w:hint="eastAsia"/>
                <w:b/>
                <w:bCs/>
                <w:color w:val="6FAE78"/>
                <w:sz w:val="24"/>
                <w:szCs w:val="24"/>
                <w:lang w:eastAsia="ja-JP"/>
              </w:rPr>
              <w:t>。</w:t>
            </w:r>
          </w:p>
        </w:tc>
      </w:tr>
    </w:tbl>
    <w:p w14:paraId="52647839" w14:textId="77777777" w:rsidR="00943954" w:rsidRDefault="00943954">
      <w:pPr>
        <w:spacing w:line="20" w:lineRule="exact"/>
        <w:rPr>
          <w:lang w:eastAsia="ja-JP"/>
        </w:rPr>
      </w:pPr>
    </w:p>
    <w:sectPr w:rsidR="00943954" w:rsidSect="00A55A76">
      <w:pgSz w:w="20636" w:h="14570" w:orient="landscape"/>
      <w:pgMar w:top="340" w:right="454" w:bottom="340" w:left="45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A290" w14:textId="77777777" w:rsidR="0055375F" w:rsidRDefault="0055375F" w:rsidP="0055375F">
      <w:r>
        <w:separator/>
      </w:r>
    </w:p>
  </w:endnote>
  <w:endnote w:type="continuationSeparator" w:id="0">
    <w:p w14:paraId="13DA8F6D" w14:textId="77777777" w:rsidR="0055375F" w:rsidRDefault="0055375F" w:rsidP="0055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CA3B4" w14:textId="77777777" w:rsidR="0055375F" w:rsidRDefault="0055375F" w:rsidP="0055375F">
      <w:r>
        <w:separator/>
      </w:r>
    </w:p>
  </w:footnote>
  <w:footnote w:type="continuationSeparator" w:id="0">
    <w:p w14:paraId="70AAE584" w14:textId="77777777" w:rsidR="0055375F" w:rsidRDefault="0055375F" w:rsidP="00553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9493591">
    <w:abstractNumId w:val="8"/>
  </w:num>
  <w:num w:numId="2" w16cid:durableId="1523324764">
    <w:abstractNumId w:val="6"/>
  </w:num>
  <w:num w:numId="3" w16cid:durableId="1865098457">
    <w:abstractNumId w:val="5"/>
  </w:num>
  <w:num w:numId="4" w16cid:durableId="2095465668">
    <w:abstractNumId w:val="4"/>
  </w:num>
  <w:num w:numId="5" w16cid:durableId="992181474">
    <w:abstractNumId w:val="7"/>
  </w:num>
  <w:num w:numId="6" w16cid:durableId="1505438433">
    <w:abstractNumId w:val="3"/>
  </w:num>
  <w:num w:numId="7" w16cid:durableId="58291283">
    <w:abstractNumId w:val="2"/>
  </w:num>
  <w:num w:numId="8" w16cid:durableId="483088013">
    <w:abstractNumId w:val="1"/>
  </w:num>
  <w:num w:numId="9" w16cid:durableId="164954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9E6"/>
    <w:rsid w:val="000B1974"/>
    <w:rsid w:val="00103FAF"/>
    <w:rsid w:val="001240CA"/>
    <w:rsid w:val="0015074B"/>
    <w:rsid w:val="00213436"/>
    <w:rsid w:val="00246E3C"/>
    <w:rsid w:val="00265553"/>
    <w:rsid w:val="0029639D"/>
    <w:rsid w:val="0032186C"/>
    <w:rsid w:val="00326F90"/>
    <w:rsid w:val="00441B8D"/>
    <w:rsid w:val="00523359"/>
    <w:rsid w:val="0055375F"/>
    <w:rsid w:val="005638C8"/>
    <w:rsid w:val="00756E84"/>
    <w:rsid w:val="007F76E1"/>
    <w:rsid w:val="00812B2D"/>
    <w:rsid w:val="00852035"/>
    <w:rsid w:val="008D2151"/>
    <w:rsid w:val="00904B16"/>
    <w:rsid w:val="00943954"/>
    <w:rsid w:val="00A55A76"/>
    <w:rsid w:val="00A96E47"/>
    <w:rsid w:val="00AA1D8D"/>
    <w:rsid w:val="00AB47D1"/>
    <w:rsid w:val="00AE72AB"/>
    <w:rsid w:val="00B47730"/>
    <w:rsid w:val="00B659F5"/>
    <w:rsid w:val="00CB0664"/>
    <w:rsid w:val="00CE4882"/>
    <w:rsid w:val="00D56648"/>
    <w:rsid w:val="00DE4235"/>
    <w:rsid w:val="00F1528D"/>
    <w:rsid w:val="00F25997"/>
    <w:rsid w:val="00FC693F"/>
    <w:rsid w:val="00FF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13D80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ＭＳ 明朝" w:eastAsia="ＭＳ 明朝" w:hAnsi="ＭＳ 明朝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6E53C-724A-4EEE-9C43-52DABA0A4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Manager/>
  <Company/>
  <LinksUpToDate>false</LinksUpToDate>
  <CharactersWithSpaces>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2026-07-01T10:16:00Z</dcterms:created>
  <dcterms:modified xsi:type="dcterms:W3CDTF">2026-10-09T11:09:00Z</dcterms:modified>
  <cp:category/>
</cp:coreProperties>
</file>